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Soupe Froide : Festivals et Prix</w:t>
      </w:r>
    </w:p>
    <w:p/>
    <w:p>
      <w:r>
        <w:rPr>
          <w:rFonts w:ascii="Arial" w:hAnsi="Arial"/>
          <w:b/>
          <w:sz w:val="26"/>
        </w:rPr>
        <w:t>Juin 2023</w:t>
      </w:r>
    </w:p>
    <w:p>
      <w:pPr>
        <w:pStyle w:val="ListBullet"/>
      </w:pPr>
      <w:r>
        <w:rPr>
          <w:rFonts w:ascii="Arial" w:hAnsi="Arial"/>
          <w:sz w:val="22"/>
        </w:rPr>
        <w:t>Animafest - Festival mondial du film d'animation de Zagreb, Croatie</w:t>
      </w:r>
    </w:p>
    <w:p>
      <w:r>
        <w:rPr>
          <w:rFonts w:ascii="Arial" w:hAnsi="Arial"/>
          <w:b/>
          <w:sz w:val="26"/>
        </w:rPr>
        <w:t>Juillet 2023</w:t>
      </w:r>
    </w:p>
    <w:p>
      <w:pPr>
        <w:pStyle w:val="ListBullet"/>
      </w:pPr>
      <w:r>
        <w:rPr>
          <w:rFonts w:ascii="Arial" w:hAnsi="Arial"/>
          <w:sz w:val="22"/>
        </w:rPr>
        <w:t>Curtas Vila do Conde Festival international du film, Portugal</w:t>
      </w:r>
    </w:p>
    <w:p>
      <w:r>
        <w:rPr>
          <w:rFonts w:ascii="Arial" w:hAnsi="Arial"/>
          <w:b/>
          <w:sz w:val="26"/>
        </w:rPr>
        <w:t>Août 2023</w:t>
      </w:r>
    </w:p>
    <w:p>
      <w:pPr>
        <w:pStyle w:val="ListBullet"/>
      </w:pPr>
      <w:r>
        <w:rPr>
          <w:rFonts w:ascii="Arial" w:hAnsi="Arial"/>
          <w:sz w:val="22"/>
        </w:rPr>
        <w:t>Countryside Animafest Cyprus, Chypre</w:t>
      </w:r>
    </w:p>
    <w:p>
      <w:r>
        <w:rPr>
          <w:rFonts w:ascii="Arial" w:hAnsi="Arial"/>
          <w:b/>
          <w:sz w:val="26"/>
        </w:rPr>
        <w:t>Septembre 2023</w:t>
      </w:r>
    </w:p>
    <w:p>
      <w:pPr>
        <w:pStyle w:val="ListBullet"/>
      </w:pPr>
      <w:r>
        <w:rPr>
          <w:rFonts w:ascii="Arial" w:hAnsi="Arial"/>
          <w:sz w:val="22"/>
        </w:rPr>
        <w:t xml:space="preserve">Animasyros - Festival international d'animation, Grèce – </w:t>
      </w:r>
      <w:r>
        <w:rPr>
          <w:rFonts w:ascii="Arial" w:hAnsi="Arial"/>
          <w:b/>
          <w:sz w:val="22"/>
        </w:rPr>
        <w:t>Mention spéciale</w:t>
      </w:r>
    </w:p>
    <w:p>
      <w:r>
        <w:rPr>
          <w:rFonts w:ascii="Arial" w:hAnsi="Arial"/>
          <w:b/>
          <w:sz w:val="26"/>
        </w:rPr>
        <w:t>Octobre 2023</w:t>
      </w:r>
    </w:p>
    <w:p>
      <w:pPr>
        <w:pStyle w:val="ListBullet"/>
      </w:pPr>
      <w:r>
        <w:rPr>
          <w:rFonts w:ascii="Arial" w:hAnsi="Arial"/>
          <w:sz w:val="22"/>
        </w:rPr>
        <w:t>Balkanima - Festival européen du film d'animation, Serbie</w:t>
      </w:r>
    </w:p>
    <w:p>
      <w:pPr>
        <w:pStyle w:val="ListBullet"/>
      </w:pPr>
      <w:r>
        <w:rPr>
          <w:rFonts w:ascii="Arial" w:hAnsi="Arial"/>
          <w:sz w:val="22"/>
        </w:rPr>
        <w:t>Festival international du film d'animation de Bucheon, Corée du Sud</w:t>
      </w:r>
    </w:p>
    <w:p>
      <w:pPr>
        <w:pStyle w:val="ListBullet"/>
      </w:pPr>
      <w:r>
        <w:rPr>
          <w:rFonts w:ascii="Arial" w:hAnsi="Arial"/>
          <w:sz w:val="22"/>
        </w:rPr>
        <w:t>Cinemed – Festival international du cinéma méditerranéen de Montpellier, France</w:t>
      </w:r>
    </w:p>
    <w:p>
      <w:pPr>
        <w:pStyle w:val="ListBullet"/>
      </w:pPr>
      <w:r>
        <w:rPr>
          <w:rFonts w:ascii="Arial" w:hAnsi="Arial"/>
          <w:sz w:val="22"/>
        </w:rPr>
        <w:t xml:space="preserve">Casa da Animação - Prix national de l'animation, Portugal – </w:t>
      </w:r>
      <w:r>
        <w:rPr>
          <w:rFonts w:ascii="Arial" w:hAnsi="Arial"/>
          <w:b/>
          <w:sz w:val="22"/>
        </w:rPr>
        <w:t>Mention honorable – Catégorie Professionnels</w:t>
      </w:r>
    </w:p>
    <w:p>
      <w:r>
        <w:rPr>
          <w:rFonts w:ascii="Arial" w:hAnsi="Arial"/>
          <w:b/>
          <w:sz w:val="26"/>
        </w:rPr>
        <w:t>Novembre 2023</w:t>
      </w:r>
    </w:p>
    <w:p>
      <w:pPr>
        <w:pStyle w:val="ListBullet"/>
      </w:pPr>
      <w:r>
        <w:rPr>
          <w:rFonts w:ascii="Arial" w:hAnsi="Arial"/>
          <w:sz w:val="22"/>
        </w:rPr>
        <w:t>SPARK Animation Festival, Canada</w:t>
      </w:r>
    </w:p>
    <w:p>
      <w:pPr>
        <w:pStyle w:val="ListBullet"/>
      </w:pPr>
      <w:r>
        <w:rPr>
          <w:rFonts w:ascii="Arial" w:hAnsi="Arial"/>
          <w:sz w:val="22"/>
        </w:rPr>
        <w:t>Caminhos do Cinema Português, Portugal</w:t>
      </w:r>
    </w:p>
    <w:p>
      <w:pPr>
        <w:pStyle w:val="ListBullet"/>
      </w:pPr>
      <w:r>
        <w:rPr>
          <w:rFonts w:ascii="Arial" w:hAnsi="Arial"/>
          <w:sz w:val="22"/>
        </w:rPr>
        <w:t xml:space="preserve">Cinanima - Festival international du cinéma d'animation d'Espinho, Portugal – </w:t>
      </w:r>
      <w:r>
        <w:rPr>
          <w:rFonts w:ascii="Arial" w:hAnsi="Arial"/>
          <w:b/>
          <w:sz w:val="22"/>
        </w:rPr>
        <w:t>Mention honorable Prix António Gaio</w:t>
      </w:r>
    </w:p>
    <w:p>
      <w:pPr>
        <w:pStyle w:val="ListBullet"/>
      </w:pPr>
      <w:r>
        <w:rPr>
          <w:rFonts w:ascii="Arial" w:hAnsi="Arial"/>
          <w:sz w:val="22"/>
        </w:rPr>
        <w:t>Anilogue - Festival international du film d'animation, Hongrie</w:t>
      </w:r>
    </w:p>
    <w:p>
      <w:r>
        <w:rPr>
          <w:rFonts w:ascii="Arial" w:hAnsi="Arial"/>
          <w:b/>
          <w:sz w:val="26"/>
        </w:rPr>
        <w:t>Décembre 2023</w:t>
      </w:r>
    </w:p>
    <w:p>
      <w:pPr>
        <w:pStyle w:val="ListBullet"/>
      </w:pPr>
      <w:r>
        <w:rPr>
          <w:rFonts w:ascii="Arial" w:hAnsi="Arial"/>
          <w:sz w:val="22"/>
        </w:rPr>
        <w:t>Afrodite Shorts, Italie</w:t>
      </w:r>
    </w:p>
    <w:p>
      <w:r>
        <w:rPr>
          <w:rFonts w:ascii="Arial" w:hAnsi="Arial"/>
          <w:b/>
          <w:sz w:val="26"/>
        </w:rPr>
        <w:t>Février 2024</w:t>
      </w:r>
    </w:p>
    <w:p>
      <w:pPr>
        <w:pStyle w:val="ListBullet"/>
      </w:pPr>
      <w:r>
        <w:rPr>
          <w:rFonts w:ascii="Arial" w:hAnsi="Arial"/>
          <w:sz w:val="22"/>
        </w:rPr>
        <w:t>ANIMA, Festival international du film d'animation de Bruxelles, Belgique</w:t>
      </w:r>
    </w:p>
    <w:p>
      <w:r>
        <w:rPr>
          <w:rFonts w:ascii="Arial" w:hAnsi="Arial"/>
          <w:b/>
          <w:sz w:val="26"/>
        </w:rPr>
        <w:t>Mars 2024</w:t>
      </w:r>
    </w:p>
    <w:p>
      <w:pPr>
        <w:pStyle w:val="ListBullet"/>
      </w:pPr>
      <w:r>
        <w:rPr>
          <w:rFonts w:ascii="Arial" w:hAnsi="Arial"/>
          <w:sz w:val="22"/>
        </w:rPr>
        <w:t xml:space="preserve">Académie portugaise du cinéma - Gala des Prix Sophia, Portugal – </w:t>
      </w:r>
      <w:r>
        <w:rPr>
          <w:rFonts w:ascii="Arial" w:hAnsi="Arial"/>
          <w:b/>
          <w:sz w:val="22"/>
        </w:rPr>
        <w:t>Meilleur court-métrage d'animation</w:t>
      </w:r>
    </w:p>
    <w:p>
      <w:pPr>
        <w:pStyle w:val="ListBullet"/>
      </w:pPr>
      <w:r>
        <w:rPr>
          <w:rFonts w:ascii="Arial" w:hAnsi="Arial"/>
          <w:sz w:val="22"/>
        </w:rPr>
        <w:t>Tricky Women - Festival international d'animation, Autriche</w:t>
      </w:r>
    </w:p>
    <w:p>
      <w:pPr>
        <w:pStyle w:val="ListBullet"/>
      </w:pPr>
      <w:r>
        <w:rPr>
          <w:rFonts w:ascii="Arial" w:hAnsi="Arial"/>
          <w:sz w:val="22"/>
        </w:rPr>
        <w:t>Regensburger Kurzfilmwoche (Semaine du court-métrage de Ratisbonne), Allemagne</w:t>
      </w:r>
    </w:p>
    <w:p>
      <w:pPr>
        <w:pStyle w:val="ListBullet"/>
      </w:pPr>
      <w:r>
        <w:rPr>
          <w:rFonts w:ascii="Arial" w:hAnsi="Arial"/>
          <w:sz w:val="22"/>
        </w:rPr>
        <w:t xml:space="preserve">Monstra - Festival d'animation de Lisbonne, Portugal – </w:t>
      </w:r>
      <w:r>
        <w:rPr>
          <w:rFonts w:ascii="Arial" w:hAnsi="Arial"/>
          <w:b/>
          <w:sz w:val="22"/>
        </w:rPr>
        <w:t>Prix spécial du jury – HBO Max, Prix du public, Meilleur court-métrage portugais</w:t>
      </w:r>
    </w:p>
    <w:p>
      <w:pPr>
        <w:pStyle w:val="ListBullet"/>
      </w:pPr>
      <w:r>
        <w:rPr>
          <w:rFonts w:ascii="Arial" w:hAnsi="Arial"/>
          <w:sz w:val="22"/>
        </w:rPr>
        <w:t>Festival international de films de femmes de Créteil, France</w:t>
      </w:r>
    </w:p>
    <w:p>
      <w:pPr>
        <w:pStyle w:val="ListBullet"/>
      </w:pPr>
      <w:r>
        <w:rPr>
          <w:rFonts w:ascii="Arial" w:hAnsi="Arial"/>
          <w:sz w:val="22"/>
        </w:rPr>
        <w:t>Festival international du court-métrage d'animation de Roanne, France</w:t>
      </w:r>
    </w:p>
    <w:p>
      <w:pPr>
        <w:pStyle w:val="ListBullet"/>
      </w:pPr>
      <w:r>
        <w:rPr>
          <w:rFonts w:ascii="Arial" w:hAnsi="Arial"/>
          <w:sz w:val="22"/>
        </w:rPr>
        <w:t xml:space="preserve">OJOLOCO - Festival du cinéma latino-américain à Grenoble, France – </w:t>
      </w:r>
      <w:r>
        <w:rPr>
          <w:rFonts w:ascii="Arial" w:hAnsi="Arial"/>
          <w:b/>
          <w:sz w:val="22"/>
        </w:rPr>
        <w:t>Court-métrage - Prix du public</w:t>
      </w:r>
    </w:p>
    <w:p>
      <w:r>
        <w:rPr>
          <w:rFonts w:ascii="Arial" w:hAnsi="Arial"/>
          <w:b/>
          <w:sz w:val="26"/>
        </w:rPr>
        <w:t>Avril 2024</w:t>
      </w:r>
    </w:p>
    <w:p>
      <w:pPr>
        <w:pStyle w:val="ListBullet"/>
      </w:pPr>
      <w:r>
        <w:rPr>
          <w:rFonts w:ascii="Arial" w:hAnsi="Arial"/>
          <w:sz w:val="22"/>
        </w:rPr>
        <w:t xml:space="preserve">Porto Femme - Festival international du film, Portugal – </w:t>
      </w:r>
      <w:r>
        <w:rPr>
          <w:rFonts w:ascii="Arial" w:hAnsi="Arial"/>
          <w:b/>
          <w:sz w:val="22"/>
        </w:rPr>
        <w:t>Prix du meilleur film dans la compétition nationale - Animation</w:t>
      </w:r>
    </w:p>
    <w:p>
      <w:pPr>
        <w:pStyle w:val="ListBullet"/>
      </w:pPr>
      <w:r>
        <w:rPr>
          <w:rFonts w:ascii="Arial" w:hAnsi="Arial"/>
          <w:sz w:val="22"/>
        </w:rPr>
        <w:t>Festival international du film d'animation de Stuttgart (ITFS), Allemagne</w:t>
      </w:r>
    </w:p>
    <w:p>
      <w:pPr>
        <w:pStyle w:val="ListBullet"/>
      </w:pPr>
      <w:r>
        <w:rPr>
          <w:rFonts w:ascii="Arial" w:hAnsi="Arial"/>
          <w:sz w:val="22"/>
        </w:rPr>
        <w:t xml:space="preserve">Brussels Short Film Festival, Belgique – </w:t>
      </w:r>
      <w:r>
        <w:rPr>
          <w:rFonts w:ascii="Arial" w:hAnsi="Arial"/>
          <w:b/>
          <w:sz w:val="22"/>
        </w:rPr>
        <w:t>Prix du public</w:t>
      </w:r>
    </w:p>
    <w:p>
      <w:pPr>
        <w:pStyle w:val="ListBullet"/>
      </w:pPr>
      <w:r>
        <w:rPr>
          <w:rFonts w:ascii="Arial" w:hAnsi="Arial"/>
          <w:sz w:val="22"/>
        </w:rPr>
        <w:t>In The Palace International Short Film Festival, Bulgarie</w:t>
      </w:r>
    </w:p>
    <w:p>
      <w:r>
        <w:rPr>
          <w:rFonts w:ascii="Arial" w:hAnsi="Arial"/>
          <w:b/>
          <w:sz w:val="26"/>
        </w:rPr>
        <w:t>Mai 2024</w:t>
      </w:r>
    </w:p>
    <w:p>
      <w:pPr>
        <w:pStyle w:val="ListBullet"/>
      </w:pPr>
      <w:r>
        <w:rPr>
          <w:rFonts w:ascii="Arial" w:hAnsi="Arial"/>
          <w:sz w:val="22"/>
        </w:rPr>
        <w:t>ShortCutz Ovar - Mai, Portugal</w:t>
      </w:r>
    </w:p>
    <w:p>
      <w:pPr>
        <w:pStyle w:val="ListBullet"/>
      </w:pPr>
      <w:r>
        <w:rPr>
          <w:rFonts w:ascii="Arial" w:hAnsi="Arial"/>
          <w:sz w:val="22"/>
        </w:rPr>
        <w:t xml:space="preserve">Leiria Festival international du court-métrage, Portugal – </w:t>
      </w:r>
      <w:r>
        <w:rPr>
          <w:rFonts w:ascii="Arial" w:hAnsi="Arial"/>
          <w:b/>
          <w:sz w:val="22"/>
        </w:rPr>
        <w:t>Meilleur court-métrage d'animation national, Meilleur court-métrage du festival</w:t>
      </w:r>
    </w:p>
    <w:p>
      <w:pPr>
        <w:pStyle w:val="ListBullet"/>
      </w:pPr>
      <w:r>
        <w:rPr>
          <w:rFonts w:ascii="Arial" w:hAnsi="Arial"/>
          <w:sz w:val="22"/>
        </w:rPr>
        <w:t xml:space="preserve">Prix Quirino de l'animation ibéro-américaine, Espagne – </w:t>
      </w:r>
      <w:r>
        <w:rPr>
          <w:rFonts w:ascii="Arial" w:hAnsi="Arial"/>
          <w:b/>
          <w:sz w:val="22"/>
        </w:rPr>
        <w:t>Prix Quirino du meilleur design d'animation</w:t>
      </w:r>
    </w:p>
    <w:p>
      <w:pPr>
        <w:pStyle w:val="ListBullet"/>
      </w:pPr>
      <w:r>
        <w:rPr>
          <w:rFonts w:ascii="Arial" w:hAnsi="Arial"/>
          <w:sz w:val="22"/>
        </w:rPr>
        <w:t>Entre Curtas, Portugal</w:t>
      </w:r>
    </w:p>
    <w:p>
      <w:r>
        <w:rPr>
          <w:rFonts w:ascii="Arial" w:hAnsi="Arial"/>
          <w:b/>
          <w:sz w:val="26"/>
        </w:rPr>
        <w:t>Juin 2024</w:t>
      </w:r>
    </w:p>
    <w:p>
      <w:pPr>
        <w:pStyle w:val="ListBullet"/>
      </w:pPr>
      <w:r>
        <w:rPr>
          <w:rFonts w:ascii="Arial" w:hAnsi="Arial"/>
          <w:sz w:val="22"/>
        </w:rPr>
        <w:t>Festival international Détours en Cinécourt, France</w:t>
      </w:r>
    </w:p>
    <w:p>
      <w:pPr>
        <w:pStyle w:val="ListBullet"/>
      </w:pPr>
      <w:r>
        <w:rPr>
          <w:rFonts w:ascii="Arial" w:hAnsi="Arial"/>
          <w:sz w:val="22"/>
        </w:rPr>
        <w:t>Short Shorts Film Festival &amp; Asia, Japon</w:t>
      </w:r>
    </w:p>
    <w:p>
      <w:pPr>
        <w:pStyle w:val="ListBullet"/>
      </w:pPr>
      <w:r>
        <w:rPr>
          <w:rFonts w:ascii="Arial" w:hAnsi="Arial"/>
          <w:sz w:val="22"/>
        </w:rPr>
        <w:t>Festival international du film de Guadalajara, Mexique</w:t>
      </w:r>
    </w:p>
    <w:p>
      <w:pPr>
        <w:pStyle w:val="ListBullet"/>
      </w:pPr>
      <w:r>
        <w:rPr>
          <w:rFonts w:ascii="Arial" w:hAnsi="Arial"/>
          <w:sz w:val="22"/>
        </w:rPr>
        <w:t>Anibar Animation Festival, Kosovo</w:t>
      </w:r>
    </w:p>
    <w:p>
      <w:pPr>
        <w:pStyle w:val="ListBullet"/>
      </w:pPr>
      <w:r>
        <w:rPr>
          <w:rFonts w:ascii="Arial" w:hAnsi="Arial"/>
          <w:sz w:val="22"/>
        </w:rPr>
        <w:t xml:space="preserve">Nevada City Film Festival, États-Unis – </w:t>
      </w:r>
      <w:r>
        <w:rPr>
          <w:rFonts w:ascii="Arial" w:hAnsi="Arial"/>
          <w:b/>
          <w:sz w:val="22"/>
        </w:rPr>
        <w:t>Meilleure réalisation</w:t>
      </w:r>
    </w:p>
    <w:p>
      <w:pPr>
        <w:pStyle w:val="ListBullet"/>
      </w:pPr>
      <w:r>
        <w:rPr>
          <w:rFonts w:ascii="Arial" w:hAnsi="Arial"/>
          <w:sz w:val="22"/>
        </w:rPr>
        <w:t xml:space="preserve">Animaphix - Festival international du film d'animation, Italie – </w:t>
      </w:r>
      <w:r>
        <w:rPr>
          <w:rFonts w:ascii="Arial" w:hAnsi="Arial"/>
          <w:b/>
          <w:sz w:val="22"/>
        </w:rPr>
        <w:t>Mention spéciale dans la catégorie Anidoc</w:t>
      </w:r>
    </w:p>
    <w:p>
      <w:r>
        <w:rPr>
          <w:rFonts w:ascii="Arial" w:hAnsi="Arial"/>
          <w:b/>
          <w:sz w:val="26"/>
        </w:rPr>
        <w:t>Juillet 2024</w:t>
      </w:r>
    </w:p>
    <w:p>
      <w:pPr>
        <w:pStyle w:val="ListBullet"/>
      </w:pPr>
      <w:r>
        <w:rPr>
          <w:rFonts w:ascii="Arial" w:hAnsi="Arial"/>
          <w:sz w:val="22"/>
        </w:rPr>
        <w:t>Indy Shorts International Film Festival, États-Unis</w:t>
      </w:r>
    </w:p>
    <w:p>
      <w:r>
        <w:rPr>
          <w:rFonts w:ascii="Arial" w:hAnsi="Arial"/>
          <w:b/>
          <w:sz w:val="26"/>
        </w:rPr>
        <w:t>Août 2024</w:t>
      </w:r>
    </w:p>
    <w:p>
      <w:pPr>
        <w:pStyle w:val="ListBullet"/>
      </w:pPr>
      <w:r>
        <w:rPr>
          <w:rFonts w:ascii="Arial" w:hAnsi="Arial"/>
          <w:sz w:val="22"/>
        </w:rPr>
        <w:t>Festival international du film de femmes de Séoul, Corée du Sud</w:t>
      </w:r>
    </w:p>
    <w:p>
      <w:r>
        <w:rPr>
          <w:rFonts w:ascii="Arial" w:hAnsi="Arial"/>
          <w:b/>
          <w:sz w:val="26"/>
        </w:rPr>
        <w:t>Septembre 2024</w:t>
      </w:r>
    </w:p>
    <w:p>
      <w:pPr>
        <w:pStyle w:val="ListBullet"/>
      </w:pPr>
      <w:r>
        <w:rPr>
          <w:rFonts w:ascii="Arial" w:hAnsi="Arial"/>
          <w:sz w:val="22"/>
        </w:rPr>
        <w:t>Linoleum - Festival international de l'animation contemporaine et des arts médiatiques, Ukraine</w:t>
      </w:r>
    </w:p>
    <w:p>
      <w:pPr>
        <w:pStyle w:val="ListBullet"/>
      </w:pPr>
      <w:r>
        <w:rPr>
          <w:rFonts w:ascii="Arial" w:hAnsi="Arial"/>
          <w:sz w:val="22"/>
        </w:rPr>
        <w:t>Festival Off-Courts Trouville, France</w:t>
      </w:r>
    </w:p>
    <w:p>
      <w:pPr>
        <w:pStyle w:val="ListBullet"/>
      </w:pPr>
      <w:r>
        <w:rPr>
          <w:rFonts w:ascii="Arial" w:hAnsi="Arial"/>
          <w:sz w:val="22"/>
        </w:rPr>
        <w:t>Atlantic International Film Festival, Canada</w:t>
      </w:r>
    </w:p>
    <w:p>
      <w:pPr>
        <w:pStyle w:val="ListBullet"/>
      </w:pPr>
      <w:r>
        <w:rPr>
          <w:rFonts w:ascii="Arial" w:hAnsi="Arial"/>
          <w:sz w:val="22"/>
        </w:rPr>
        <w:t>KYIV International Short Film Festival, Ukraine</w:t>
      </w:r>
    </w:p>
    <w:p>
      <w:pPr>
        <w:pStyle w:val="ListBullet"/>
      </w:pPr>
      <w:r>
        <w:rPr>
          <w:rFonts w:ascii="Arial" w:hAnsi="Arial"/>
          <w:sz w:val="22"/>
        </w:rPr>
        <w:t>Orvieto Cinema Fest, Italie</w:t>
      </w:r>
    </w:p>
    <w:p>
      <w:pPr>
        <w:pStyle w:val="ListBullet"/>
      </w:pPr>
      <w:r>
        <w:rPr>
          <w:rFonts w:ascii="Arial" w:hAnsi="Arial"/>
          <w:sz w:val="22"/>
        </w:rPr>
        <w:t>Viborg Animation Festival, Danemark</w:t>
      </w:r>
    </w:p>
    <w:p>
      <w:pPr>
        <w:pStyle w:val="ListBullet"/>
      </w:pPr>
      <w:r>
        <w:rPr>
          <w:rFonts w:ascii="Arial" w:hAnsi="Arial"/>
          <w:sz w:val="22"/>
        </w:rPr>
        <w:t xml:space="preserve">MANIFEST - Festival du film d'animation de Mafra, Portugal – </w:t>
      </w:r>
      <w:r>
        <w:rPr>
          <w:rFonts w:ascii="Arial" w:hAnsi="Arial"/>
          <w:b/>
          <w:sz w:val="22"/>
        </w:rPr>
        <w:t>Meilleur court-métrage national</w:t>
      </w:r>
    </w:p>
    <w:p>
      <w:r>
        <w:rPr>
          <w:rFonts w:ascii="Arial" w:hAnsi="Arial"/>
          <w:b/>
          <w:sz w:val="26"/>
        </w:rPr>
        <w:t>Octobre 2024</w:t>
      </w:r>
    </w:p>
    <w:p>
      <w:pPr>
        <w:pStyle w:val="ListBullet"/>
      </w:pPr>
      <w:r>
        <w:rPr>
          <w:rFonts w:ascii="Arial" w:hAnsi="Arial"/>
          <w:sz w:val="22"/>
        </w:rPr>
        <w:t xml:space="preserve">Animage - Festival international du film d'animation de Pernambouc, Brésil – </w:t>
      </w:r>
      <w:r>
        <w:rPr>
          <w:rFonts w:ascii="Arial" w:hAnsi="Arial"/>
          <w:b/>
          <w:sz w:val="22"/>
        </w:rPr>
        <w:t>Meilleure réalisation</w:t>
      </w:r>
    </w:p>
    <w:p>
      <w:pPr>
        <w:pStyle w:val="ListBullet"/>
      </w:pPr>
      <w:r>
        <w:rPr>
          <w:rFonts w:ascii="Arial" w:hAnsi="Arial"/>
          <w:sz w:val="22"/>
        </w:rPr>
        <w:t>ANIMAFILM International Animation Festival, Azerbaïdjan</w:t>
      </w:r>
    </w:p>
    <w:p>
      <w:pPr>
        <w:pStyle w:val="ListBullet"/>
      </w:pPr>
      <w:r>
        <w:rPr>
          <w:rFonts w:ascii="Arial" w:hAnsi="Arial"/>
          <w:sz w:val="22"/>
        </w:rPr>
        <w:t>IndieCork Film Festival, Irlande</w:t>
      </w:r>
    </w:p>
    <w:p>
      <w:pPr>
        <w:pStyle w:val="ListBullet"/>
      </w:pPr>
      <w:r>
        <w:rPr>
          <w:rFonts w:ascii="Arial" w:hAnsi="Arial"/>
          <w:sz w:val="22"/>
        </w:rPr>
        <w:t>VISTACURTA - Festival de courts-métrages de Viseu, Portugal</w:t>
      </w:r>
    </w:p>
    <w:p>
      <w:pPr>
        <w:pStyle w:val="ListBullet"/>
      </w:pPr>
      <w:r>
        <w:rPr>
          <w:rFonts w:ascii="Arial" w:hAnsi="Arial"/>
          <w:sz w:val="22"/>
        </w:rPr>
        <w:t>PRIMANIMA World Festival of First Animations, Hongrie</w:t>
      </w:r>
    </w:p>
    <w:p>
      <w:pPr>
        <w:pStyle w:val="ListBullet"/>
      </w:pPr>
      <w:r>
        <w:rPr>
          <w:rFonts w:ascii="Arial" w:hAnsi="Arial"/>
          <w:sz w:val="22"/>
        </w:rPr>
        <w:t>TAF Thessaloniki Animation Festival, Grèce</w:t>
      </w:r>
    </w:p>
    <w:p>
      <w:pPr>
        <w:pStyle w:val="ListBullet"/>
      </w:pPr>
      <w:r>
        <w:rPr>
          <w:rFonts w:ascii="Arial" w:hAnsi="Arial"/>
          <w:sz w:val="22"/>
        </w:rPr>
        <w:t>ABYCINE – Festival international du film d'Albacete, Espagne</w:t>
      </w:r>
    </w:p>
    <w:p>
      <w:pPr>
        <w:pStyle w:val="ListBullet"/>
      </w:pPr>
      <w:r>
        <w:rPr>
          <w:rFonts w:ascii="Arial" w:hAnsi="Arial"/>
          <w:sz w:val="22"/>
        </w:rPr>
        <w:t>Jakarta Film Week, Indonésie</w:t>
      </w:r>
    </w:p>
    <w:p>
      <w:pPr>
        <w:pStyle w:val="ListBullet"/>
      </w:pPr>
      <w:r>
        <w:rPr>
          <w:rFonts w:ascii="Arial" w:hAnsi="Arial"/>
          <w:sz w:val="22"/>
        </w:rPr>
        <w:t>Lobo Fest - Festival international du film, Brésil</w:t>
      </w:r>
    </w:p>
    <w:p>
      <w:pPr>
        <w:pStyle w:val="ListBullet"/>
      </w:pPr>
      <w:r>
        <w:rPr>
          <w:rFonts w:ascii="Arial" w:hAnsi="Arial"/>
          <w:sz w:val="22"/>
        </w:rPr>
        <w:t xml:space="preserve">Family Film Project, Portugal – </w:t>
      </w:r>
      <w:r>
        <w:rPr>
          <w:rFonts w:ascii="Arial" w:hAnsi="Arial"/>
          <w:b/>
          <w:sz w:val="22"/>
        </w:rPr>
        <w:t>Animation - Mention honorable</w:t>
      </w:r>
    </w:p>
    <w:p>
      <w:r>
        <w:rPr>
          <w:rFonts w:ascii="Arial" w:hAnsi="Arial"/>
          <w:b/>
          <w:sz w:val="26"/>
        </w:rPr>
        <w:t>Novembre 2024</w:t>
      </w:r>
    </w:p>
    <w:p>
      <w:pPr>
        <w:pStyle w:val="ListBullet"/>
      </w:pPr>
      <w:r>
        <w:rPr>
          <w:rFonts w:ascii="Arial" w:hAnsi="Arial"/>
          <w:sz w:val="22"/>
        </w:rPr>
        <w:t>Les Rencontres Cinessonne, France</w:t>
      </w:r>
    </w:p>
    <w:p>
      <w:pPr>
        <w:pStyle w:val="ListBullet"/>
      </w:pPr>
      <w:r>
        <w:rPr>
          <w:rFonts w:ascii="Arial" w:hAnsi="Arial"/>
          <w:sz w:val="22"/>
        </w:rPr>
        <w:t>Interfilm, Festival international du court-métrage de Berlin, Allemagne</w:t>
      </w:r>
    </w:p>
    <w:p>
      <w:pPr>
        <w:pStyle w:val="ListBullet"/>
      </w:pPr>
      <w:r>
        <w:rPr>
          <w:rFonts w:ascii="Arial" w:hAnsi="Arial"/>
          <w:sz w:val="22"/>
        </w:rPr>
        <w:t xml:space="preserve">FEINAKI Beijing animation week, Chine – </w:t>
      </w:r>
      <w:r>
        <w:rPr>
          <w:rFonts w:ascii="Arial" w:hAnsi="Arial"/>
          <w:b/>
          <w:sz w:val="22"/>
        </w:rPr>
        <w:t>Prix du choix du jury - Daniel Šuljić</w:t>
      </w:r>
    </w:p>
    <w:p>
      <w:pPr>
        <w:pStyle w:val="ListBullet"/>
      </w:pPr>
      <w:r>
        <w:rPr>
          <w:rFonts w:ascii="Arial" w:hAnsi="Arial"/>
          <w:sz w:val="22"/>
        </w:rPr>
        <w:t xml:space="preserve">Festival du film Du grain à démoudre, France – </w:t>
      </w:r>
      <w:r>
        <w:rPr>
          <w:rFonts w:ascii="Arial" w:hAnsi="Arial"/>
          <w:b/>
          <w:sz w:val="22"/>
        </w:rPr>
        <w:t>Prix du public de la section LABO</w:t>
      </w:r>
    </w:p>
    <w:p>
      <w:pPr>
        <w:pStyle w:val="ListBullet"/>
      </w:pPr>
      <w:r>
        <w:rPr>
          <w:rFonts w:ascii="Arial" w:hAnsi="Arial"/>
          <w:sz w:val="22"/>
        </w:rPr>
        <w:t>LIAF - London International Animation Festival, Royaume-Uni</w:t>
      </w:r>
    </w:p>
    <w:p>
      <w:pPr>
        <w:pStyle w:val="ListBullet"/>
      </w:pPr>
      <w:r>
        <w:rPr>
          <w:rFonts w:ascii="Arial" w:hAnsi="Arial"/>
          <w:sz w:val="22"/>
        </w:rPr>
        <w:t>Films Femmes Méditerranée, France</w:t>
      </w:r>
    </w:p>
    <w:p>
      <w:r>
        <w:rPr>
          <w:rFonts w:ascii="Arial" w:hAnsi="Arial"/>
          <w:b/>
          <w:sz w:val="26"/>
        </w:rPr>
        <w:t>Décembre 2024</w:t>
      </w:r>
    </w:p>
    <w:p>
      <w:pPr>
        <w:pStyle w:val="ListBullet"/>
      </w:pPr>
      <w:r>
        <w:rPr>
          <w:rFonts w:ascii="Arial" w:hAnsi="Arial"/>
          <w:sz w:val="22"/>
        </w:rPr>
        <w:t xml:space="preserve">SIGGRAPH Asia, Japon – </w:t>
      </w:r>
      <w:r>
        <w:rPr>
          <w:rFonts w:ascii="Arial" w:hAnsi="Arial"/>
          <w:b/>
          <w:sz w:val="22"/>
        </w:rPr>
        <w:t>Prix spécial du jury</w:t>
      </w:r>
    </w:p>
    <w:p>
      <w:pPr>
        <w:pStyle w:val="ListBullet"/>
      </w:pPr>
      <w:r>
        <w:rPr>
          <w:rFonts w:ascii="Arial" w:hAnsi="Arial"/>
          <w:sz w:val="22"/>
        </w:rPr>
        <w:t xml:space="preserve">Macau International Short Film Festival, Macao – </w:t>
      </w:r>
      <w:r>
        <w:rPr>
          <w:rFonts w:ascii="Arial" w:hAnsi="Arial"/>
          <w:b/>
          <w:sz w:val="22"/>
        </w:rPr>
        <w:t>Meilleure animation</w:t>
      </w:r>
    </w:p>
    <w:p>
      <w:pPr>
        <w:pStyle w:val="ListBullet"/>
      </w:pPr>
      <w:r>
        <w:rPr>
          <w:rFonts w:ascii="Arial" w:hAnsi="Arial"/>
          <w:sz w:val="22"/>
        </w:rPr>
        <w:t>Zubroffka International Short Film Festival, Pologne</w:t>
      </w:r>
    </w:p>
    <w:p>
      <w:pPr>
        <w:pStyle w:val="ListBullet"/>
      </w:pPr>
      <w:r>
        <w:rPr>
          <w:rFonts w:ascii="Arial" w:hAnsi="Arial"/>
          <w:sz w:val="22"/>
        </w:rPr>
        <w:t>Les Nuits Magiques - Festival international du film d'animation, France</w:t>
      </w:r>
    </w:p>
    <w:p>
      <w:r>
        <w:rPr>
          <w:rFonts w:ascii="Arial" w:hAnsi="Arial"/>
          <w:b/>
          <w:sz w:val="26"/>
        </w:rPr>
        <w:t>Janvier 2025</w:t>
      </w:r>
    </w:p>
    <w:p>
      <w:pPr>
        <w:pStyle w:val="ListBullet"/>
      </w:pPr>
      <w:r>
        <w:rPr>
          <w:rFonts w:ascii="Arial" w:hAnsi="Arial"/>
          <w:sz w:val="22"/>
        </w:rPr>
        <w:t>Animalusa - Festival du cinéma d'animation portugais, Espagne</w:t>
      </w:r>
    </w:p>
    <w:p>
      <w:r>
        <w:rPr>
          <w:rFonts w:ascii="Arial" w:hAnsi="Arial"/>
          <w:b/>
          <w:sz w:val="26"/>
        </w:rPr>
        <w:t>Février 2025</w:t>
      </w:r>
    </w:p>
    <w:p>
      <w:pPr>
        <w:pStyle w:val="ListBullet"/>
      </w:pPr>
      <w:r>
        <w:rPr>
          <w:rFonts w:ascii="Arial" w:hAnsi="Arial"/>
          <w:sz w:val="22"/>
        </w:rPr>
        <w:t>ANIMAC - Festival international du film d'animation de Catalogne, Espagne</w:t>
      </w:r>
    </w:p>
    <w:p>
      <w:pPr>
        <w:pStyle w:val="ListBullet"/>
      </w:pPr>
      <w:r>
        <w:rPr>
          <w:rFonts w:ascii="Arial" w:hAnsi="Arial"/>
          <w:sz w:val="22"/>
        </w:rPr>
        <w:t>Muestra de Cine de Palencia (Festival du film de Palencia), Espagne</w:t>
      </w:r>
    </w:p>
    <w:p>
      <w:r>
        <w:rPr>
          <w:rFonts w:ascii="Arial" w:hAnsi="Arial"/>
          <w:b/>
          <w:sz w:val="26"/>
        </w:rPr>
        <w:t>Mars 2025</w:t>
      </w:r>
    </w:p>
    <w:p>
      <w:pPr>
        <w:pStyle w:val="ListBullet"/>
      </w:pPr>
      <w:r>
        <w:rPr>
          <w:rFonts w:ascii="Arial" w:hAnsi="Arial"/>
          <w:sz w:val="22"/>
        </w:rPr>
        <w:t>Athena Film Festival Short Film, États-Unis</w:t>
      </w:r>
    </w:p>
    <w:p>
      <w:pPr>
        <w:pStyle w:val="ListBullet"/>
      </w:pPr>
      <w:r>
        <w:rPr>
          <w:rFonts w:ascii="Arial" w:hAnsi="Arial"/>
          <w:sz w:val="22"/>
        </w:rPr>
        <w:t xml:space="preserve">Beirut Animation Nights, Liban – </w:t>
      </w:r>
      <w:r>
        <w:rPr>
          <w:rFonts w:ascii="Arial" w:hAnsi="Arial"/>
          <w:b/>
          <w:sz w:val="22"/>
        </w:rPr>
        <w:t>Grand Prix</w:t>
      </w:r>
    </w:p>
    <w:p>
      <w:r>
        <w:rPr>
          <w:rFonts w:ascii="Arial" w:hAnsi="Arial"/>
          <w:b/>
          <w:sz w:val="26"/>
        </w:rPr>
        <w:t>Avril 2025</w:t>
      </w:r>
    </w:p>
    <w:p>
      <w:pPr>
        <w:pStyle w:val="ListBullet"/>
      </w:pPr>
      <w:r>
        <w:rPr>
          <w:rFonts w:ascii="Arial" w:hAnsi="Arial"/>
          <w:sz w:val="22"/>
        </w:rPr>
        <w:t xml:space="preserve">Underexposed Film Festival yc, États-Unis – </w:t>
      </w:r>
      <w:r>
        <w:rPr>
          <w:rFonts w:ascii="Arial" w:hAnsi="Arial"/>
          <w:b/>
          <w:sz w:val="22"/>
        </w:rPr>
        <w:t>Meilleur film d'animation</w:t>
      </w:r>
    </w:p>
    <w:p>
      <w:pPr>
        <w:pStyle w:val="ListBullet"/>
      </w:pPr>
      <w:r>
        <w:rPr>
          <w:rFonts w:ascii="Arial" w:hAnsi="Arial"/>
          <w:sz w:val="22"/>
        </w:rPr>
        <w:t>Festival international du film d'animation de Madagascar, Madagascar</w:t>
      </w:r>
    </w:p>
    <w:p>
      <w:pPr>
        <w:pStyle w:val="ListBullet"/>
      </w:pPr>
      <w:r>
        <w:rPr>
          <w:rFonts w:ascii="Arial" w:hAnsi="Arial"/>
          <w:sz w:val="22"/>
        </w:rPr>
        <w:t xml:space="preserve">West Chester International Short Film Festival, États-Unis – </w:t>
      </w:r>
      <w:r>
        <w:rPr>
          <w:rFonts w:ascii="Arial" w:hAnsi="Arial"/>
          <w:b/>
          <w:sz w:val="22"/>
        </w:rPr>
        <w:t>Meilleure animation</w:t>
      </w:r>
    </w:p>
    <w:p>
      <w:r>
        <w:rPr>
          <w:rFonts w:ascii="Arial" w:hAnsi="Arial"/>
          <w:b/>
          <w:sz w:val="26"/>
        </w:rPr>
        <w:t>Mai 2025</w:t>
      </w:r>
    </w:p>
    <w:p>
      <w:pPr>
        <w:pStyle w:val="ListBullet"/>
      </w:pPr>
      <w:r>
        <w:rPr>
          <w:rFonts w:ascii="Arial" w:hAnsi="Arial"/>
          <w:sz w:val="22"/>
        </w:rPr>
        <w:t>Rencontres du cinéma européen de Vannes, France</w:t>
      </w:r>
    </w:p>
    <w:p>
      <w:pPr>
        <w:pStyle w:val="ListBullet"/>
      </w:pPr>
      <w:r>
        <w:rPr>
          <w:rFonts w:ascii="Arial" w:hAnsi="Arial"/>
          <w:sz w:val="22"/>
        </w:rPr>
        <w:t>Fastnet Film Festival, Irlande</w:t>
      </w:r>
    </w:p>
    <w:p>
      <w:r>
        <w:rPr>
          <w:rFonts w:ascii="Arial" w:hAnsi="Arial"/>
          <w:b/>
          <w:sz w:val="26"/>
        </w:rPr>
        <w:t>Juin 2025</w:t>
      </w:r>
    </w:p>
    <w:p>
      <w:pPr>
        <w:pStyle w:val="ListBullet"/>
      </w:pPr>
      <w:r>
        <w:rPr>
          <w:rFonts w:ascii="Arial" w:hAnsi="Arial"/>
          <w:sz w:val="22"/>
        </w:rPr>
        <w:t>Aigio International Short Film Festival, Grèce</w:t>
      </w:r>
    </w:p>
    <w:p>
      <w:pPr>
        <w:pStyle w:val="ListBullet"/>
      </w:pPr>
      <w:r>
        <w:rPr>
          <w:rFonts w:ascii="Arial" w:hAnsi="Arial"/>
          <w:sz w:val="22"/>
        </w:rPr>
        <w:t>Mecal - Festival international du court-métrage de Barcelone, Espagne</w:t>
      </w:r>
    </w:p>
    <w:p>
      <w:r>
        <w:rPr>
          <w:rFonts w:ascii="Arial" w:hAnsi="Arial"/>
          <w:b/>
          <w:sz w:val="26"/>
        </w:rPr>
        <w:t>Août 2025</w:t>
      </w:r>
    </w:p>
    <w:p>
      <w:pPr>
        <w:pStyle w:val="ListBullet"/>
      </w:pPr>
      <w:r>
        <w:rPr>
          <w:rFonts w:ascii="Arial" w:hAnsi="Arial"/>
          <w:sz w:val="22"/>
        </w:rPr>
        <w:t xml:space="preserve">Alpinale Kurzfilmfestival, Autriche – </w:t>
      </w:r>
      <w:r>
        <w:rPr>
          <w:rFonts w:ascii="Arial" w:hAnsi="Arial"/>
          <w:b/>
          <w:sz w:val="22"/>
        </w:rPr>
        <w:t>Mention spéciale dans la catégorie Meilleur court-métrage d'animation</w:t>
      </w:r>
    </w:p>
    <w:p>
      <w:pPr>
        <w:pStyle w:val="ListBullet"/>
      </w:pPr>
      <w:r>
        <w:rPr>
          <w:rFonts w:ascii="Arial" w:hAnsi="Arial"/>
          <w:sz w:val="22"/>
        </w:rPr>
        <w:t>Animist Tallinn, Estonie</w:t>
      </w:r>
    </w:p>
    <w:p>
      <w:r>
        <w:rPr>
          <w:rFonts w:ascii="Arial" w:hAnsi="Arial"/>
          <w:b/>
          <w:sz w:val="26"/>
        </w:rPr>
        <w:t>Septembre 2025</w:t>
      </w:r>
    </w:p>
    <w:p>
      <w:pPr>
        <w:pStyle w:val="ListBullet"/>
      </w:pPr>
      <w:r>
        <w:rPr>
          <w:rFonts w:ascii="Arial" w:hAnsi="Arial"/>
          <w:sz w:val="22"/>
        </w:rPr>
        <w:t>Festival of Animation Berlin, Allemagne</w:t>
      </w:r>
    </w:p>
    <w:p>
      <w:pPr>
        <w:pStyle w:val="ListBullet"/>
      </w:pPr>
      <w:r>
        <w:rPr>
          <w:rFonts w:ascii="Arial" w:hAnsi="Arial"/>
          <w:sz w:val="22"/>
        </w:rPr>
        <w:t>CortoLovere, Italie</w:t>
      </w:r>
    </w:p>
    <w:p>
      <w:r>
        <w:rPr>
          <w:rFonts w:ascii="Arial" w:hAnsi="Arial"/>
          <w:b/>
          <w:sz w:val="26"/>
        </w:rPr>
        <w:t>Novembre 2025</w:t>
      </w:r>
    </w:p>
    <w:p>
      <w:pPr>
        <w:pStyle w:val="ListBullet"/>
      </w:pPr>
      <w:r>
        <w:rPr>
          <w:rFonts w:ascii="Arial" w:hAnsi="Arial"/>
          <w:sz w:val="22"/>
        </w:rPr>
        <w:t>Interfilm, Festival international du court-métrage de Berlin, Allemagne</w:t>
      </w:r>
    </w:p>
    <w:p>
      <w:pPr>
        <w:pStyle w:val="ListBullet"/>
      </w:pPr>
      <w:r>
        <w:rPr>
          <w:rFonts w:ascii="Arial" w:hAnsi="Arial"/>
          <w:sz w:val="22"/>
        </w:rPr>
        <w:t xml:space="preserve">Greenwich Village Film Festival, États-Unis – </w:t>
      </w:r>
      <w:r>
        <w:rPr>
          <w:rFonts w:ascii="Arial" w:hAnsi="Arial"/>
          <w:b/>
          <w:sz w:val="22"/>
        </w:rPr>
        <w:t>Prix du meilleur court-métrage d'animation</w:t>
      </w:r>
    </w:p>
    <w:p>
      <w:pPr>
        <w:pStyle w:val="ListBullet"/>
      </w:pPr>
      <w:r>
        <w:rPr>
          <w:rFonts w:ascii="Arial" w:hAnsi="Arial"/>
          <w:sz w:val="22"/>
        </w:rPr>
        <w:t>Ànima Jove Fest, Espagne</w:t>
      </w:r>
    </w:p>
    <w:p>
      <w:r>
        <w:rPr>
          <w:rFonts w:ascii="Arial" w:hAnsi="Arial"/>
          <w:b/>
          <w:sz w:val="26"/>
        </w:rPr>
        <w:t>Juin 2026</w:t>
      </w:r>
    </w:p>
    <w:p>
      <w:pPr>
        <w:pStyle w:val="ListBullet"/>
      </w:pPr>
      <w:r>
        <w:rPr>
          <w:rFonts w:ascii="Arial" w:hAnsi="Arial"/>
          <w:sz w:val="22"/>
        </w:rPr>
        <w:t>Festival La Rochelle Cinéma (FEMA), France</w:t>
      </w:r>
    </w:p>
    <w:p>
      <w:r>
        <w:rPr>
          <w:rFonts w:ascii="Arial" w:hAnsi="Arial"/>
          <w:b/>
          <w:sz w:val="26"/>
        </w:rPr>
        <w:t>Août 2026</w:t>
      </w:r>
    </w:p>
    <w:p>
      <w:pPr>
        <w:pStyle w:val="ListBullet"/>
      </w:pPr>
      <w:r>
        <w:rPr>
          <w:rFonts w:ascii="Arial" w:hAnsi="Arial"/>
          <w:sz w:val="22"/>
        </w:rPr>
        <w:t>Festival international du court-métrage de São Paulo, Brésil</w:t>
      </w:r>
    </w:p>
    <w:p>
      <w:r>
        <w:rPr>
          <w:rFonts w:ascii="Arial" w:hAnsi="Arial"/>
          <w:b/>
          <w:sz w:val="26"/>
        </w:rPr>
        <w:t>Septembre 2026</w:t>
      </w:r>
    </w:p>
    <w:p>
      <w:pPr>
        <w:pStyle w:val="ListBullet"/>
      </w:pPr>
      <w:r>
        <w:rPr>
          <w:rFonts w:ascii="Arial" w:hAnsi="Arial"/>
          <w:sz w:val="22"/>
        </w:rPr>
        <w:t>AniMates Festival &amp; Forum, Roumanie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